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 Black" w:hAnsi="Arial Black"/>
          <w:b/>
          <w:sz w:val="34"/>
        </w:rPr>
        <w:t xml:space="preserve">SUUBI </w:t>
      </w:r>
      <w:r>
        <w:rPr>
          <w:rFonts w:ascii="Arial Black" w:hAnsi="Arial Black"/>
          <w:b/>
          <w:color w:val="D90000"/>
          <w:sz w:val="34"/>
        </w:rPr>
        <w:t>MEDIA</w:t>
      </w:r>
    </w:p>
    <w:p>
      <w:pPr>
        <w:spacing w:after="240"/>
      </w:pPr>
      <w:r>
        <w:rPr>
          <w:b/>
          <w:caps/>
          <w:color w:val="565555"/>
          <w:sz w:val="16"/>
        </w:rPr>
        <w:t>Free templates  ·  suubimedia.com/resources</w:t>
      </w:r>
    </w:p>
    <w:p>
      <w:pPr>
        <w:spacing w:before="80" w:after="200"/>
      </w:pPr>
      <w:r>
        <w:rPr>
          <w:rFonts w:ascii="Arial" w:hAnsi="Arial"/>
          <w:b/>
          <w:sz w:val="38"/>
        </w:rPr>
        <w:t>Model Release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fill="F4F2F0"/>
          </w:tcPr>
          <w:p>
            <w:r/>
            <w:r>
              <w:rPr>
                <w:b/>
                <w:color w:val="D90000"/>
                <w:sz w:val="17"/>
              </w:rPr>
              <w:t>READ THIS BEFORE YOU USE IT</w:t>
            </w:r>
          </w:p>
          <w:p>
            <w:r>
              <w:rPr>
                <w:sz w:val="19"/>
              </w:rPr>
              <w:t>A starting point, not legal advice. Rights of publicity and privacy vary a great deal by state and country, and rules around minors are stricter than most photographers assume. Have a lawyer review before relying on this commercially.</w:t>
            </w:r>
          </w:p>
        </w:tc>
      </w:tr>
    </w:tbl>
    <w:p>
      <w:pPr>
        <w:spacing w:after="40"/>
      </w:pPr>
    </w:p>
    <w:p>
      <w:pPr>
        <w:spacing w:after="120"/>
      </w:pPr>
      <w:r>
        <w:rPr>
          <w:i w:val="0"/>
          <w:sz w:val="21"/>
        </w:rPr>
        <w:t>I, ______________________________________ of ______________________________________,</w:t>
      </w:r>
    </w:p>
    <w:p>
      <w:pPr>
        <w:spacing w:after="120"/>
      </w:pPr>
      <w:r>
        <w:rPr>
          <w:i w:val="0"/>
          <w:sz w:val="21"/>
        </w:rPr>
        <w:t>give ______________________________________ (the Photographer) permission to use photographs and video of me taken on ________________ at ______________________________________.</w:t>
      </w:r>
    </w:p>
    <w:p>
      <w:pPr>
        <w:spacing w:after="120"/>
      </w:pPr>
      <w:r>
        <w:rPr>
          <w:i w:val="0"/>
          <w:sz w:val="21"/>
        </w:rPr>
        <w:t>This permission covers use in any medium — print, online, social media, advertising and portfolio — worldwide, with no time limit.</w:t>
      </w:r>
    </w:p>
    <w:p>
      <w:pPr>
        <w:spacing w:after="120"/>
      </w:pPr>
      <w:r>
        <w:rPr>
          <w:i w:val="0"/>
          <w:sz w:val="21"/>
        </w:rPr>
        <w:t>I understand I will not be paid for this use unless separately agreed in writing, and that I have no right to approve the finished images or how they are used.</w:t>
      </w:r>
    </w:p>
    <w:p>
      <w:pPr>
        <w:spacing w:after="120"/>
      </w:pPr>
      <w:r>
        <w:rPr>
          <w:i w:val="0"/>
          <w:sz w:val="21"/>
        </w:rPr>
        <w:t>This permission does not extend to use that is defamatory, or that implies I endorse a product or a view without my agreement.</w:t>
      </w:r>
    </w:p>
    <w:p>
      <w:pPr>
        <w:spacing w:after="120"/>
      </w:pPr>
      <w:r>
        <w:rPr>
          <w:i w:val="0"/>
          <w:sz w:val="21"/>
        </w:rPr>
        <w:t>I confirm I am over 18.   [  ]   If the subject is under 18, a parent or guardian signs below instead.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/>
            <w:r>
              <w:rPr>
                <w:sz w:val="21"/>
              </w:rPr>
              <w:t>__________________________________</w:t>
            </w:r>
          </w:p>
          <w:p>
            <w:pPr>
              <w:spacing w:after="200"/>
            </w:pPr>
            <w:r>
              <w:rPr>
                <w:b/>
                <w:color w:val="565555"/>
                <w:sz w:val="15"/>
              </w:rPr>
              <w:t>PRINTED NAME</w:t>
            </w:r>
          </w:p>
        </w:tc>
        <w:tc>
          <w:tcPr>
            <w:tcW w:type="dxa" w:w="4824"/>
          </w:tcPr>
          <w:p>
            <w:r/>
            <w:r>
              <w:rPr>
                <w:sz w:val="21"/>
              </w:rPr>
              <w:t>__________________________________</w:t>
            </w:r>
          </w:p>
          <w:p>
            <w:pPr>
              <w:spacing w:after="200"/>
            </w:pPr>
            <w:r>
              <w:rPr>
                <w:b/>
                <w:color w:val="565555"/>
                <w:sz w:val="15"/>
              </w:rPr>
              <w:t>SIGNATURE</w:t>
            </w:r>
          </w:p>
        </w:tc>
      </w:tr>
      <w:tr>
        <w:tc>
          <w:tcPr>
            <w:tcW w:type="dxa" w:w="4824"/>
          </w:tcPr>
          <w:p>
            <w:r/>
            <w:r>
              <w:rPr>
                <w:sz w:val="21"/>
              </w:rPr>
              <w:t>__________________________________</w:t>
            </w:r>
          </w:p>
          <w:p>
            <w:pPr>
              <w:spacing w:after="200"/>
            </w:pPr>
            <w:r>
              <w:rPr>
                <w:b/>
                <w:color w:val="565555"/>
                <w:sz w:val="15"/>
              </w:rPr>
              <w:t>DATE</w:t>
            </w:r>
          </w:p>
        </w:tc>
        <w:tc>
          <w:tcPr>
            <w:tcW w:type="dxa" w:w="4824"/>
          </w:tcPr>
          <w:p>
            <w:r/>
            <w:r>
              <w:rPr>
                <w:sz w:val="21"/>
              </w:rPr>
              <w:t>__________________________________</w:t>
            </w:r>
          </w:p>
          <w:p>
            <w:pPr>
              <w:spacing w:after="200"/>
            </w:pPr>
            <w:r>
              <w:rPr>
                <w:b/>
                <w:color w:val="565555"/>
                <w:sz w:val="15"/>
              </w:rPr>
              <w:t>EMAIL OR PHONE</w:t>
            </w:r>
          </w:p>
        </w:tc>
      </w:tr>
    </w:tbl>
    <w:p>
      <w:pPr>
        <w:spacing w:before="260" w:after="80"/>
        <w:pBdr>
          <w:bottom w:val="single" w:sz="10" w:color="111111" w:space="3"/>
        </w:pBdr>
      </w:pPr>
      <w:r>
        <w:rPr>
          <w:b/>
          <w:sz w:val="21"/>
        </w:rPr>
        <w:t>PARENT OR GUARDIAN — IF THE SUBJECT IS UNDER 18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/>
            <w:r>
              <w:rPr>
                <w:sz w:val="21"/>
              </w:rPr>
              <w:t>__________________________________</w:t>
            </w:r>
          </w:p>
          <w:p>
            <w:pPr>
              <w:spacing w:after="200"/>
            </w:pPr>
            <w:r>
              <w:rPr>
                <w:b/>
                <w:color w:val="565555"/>
                <w:sz w:val="15"/>
              </w:rPr>
              <w:t>PRINTED NAME</w:t>
            </w:r>
          </w:p>
        </w:tc>
        <w:tc>
          <w:tcPr>
            <w:tcW w:type="dxa" w:w="4824"/>
          </w:tcPr>
          <w:p>
            <w:r/>
            <w:r>
              <w:rPr>
                <w:sz w:val="21"/>
              </w:rPr>
              <w:t>__________________________________</w:t>
            </w:r>
          </w:p>
          <w:p>
            <w:pPr>
              <w:spacing w:after="200"/>
            </w:pPr>
            <w:r>
              <w:rPr>
                <w:b/>
                <w:color w:val="565555"/>
                <w:sz w:val="15"/>
              </w:rPr>
              <w:t>SIGNATURE</w:t>
            </w:r>
          </w:p>
        </w:tc>
      </w:tr>
      <w:tr>
        <w:tc>
          <w:tcPr>
            <w:tcW w:type="dxa" w:w="4824"/>
          </w:tcPr>
          <w:p>
            <w:r/>
            <w:r>
              <w:rPr>
                <w:sz w:val="21"/>
              </w:rPr>
              <w:t>__________________________________</w:t>
            </w:r>
          </w:p>
          <w:p>
            <w:pPr>
              <w:spacing w:after="200"/>
            </w:pPr>
            <w:r>
              <w:rPr>
                <w:b/>
                <w:color w:val="565555"/>
                <w:sz w:val="15"/>
              </w:rPr>
              <w:t>RELATIONSHIP TO SUBJECT</w:t>
            </w:r>
          </w:p>
        </w:tc>
        <w:tc>
          <w:tcPr>
            <w:tcW w:type="dxa" w:w="4824"/>
          </w:tcPr>
          <w:p>
            <w:r/>
            <w:r>
              <w:rPr>
                <w:sz w:val="21"/>
              </w:rPr>
              <w:t>__________________________________</w:t>
            </w:r>
          </w:p>
          <w:p>
            <w:pPr>
              <w:spacing w:after="200"/>
            </w:pPr>
            <w:r>
              <w:rPr>
                <w:b/>
                <w:color w:val="565555"/>
                <w:sz w:val="15"/>
              </w:rPr>
              <w:t>DATE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Arial Black" w:hAnsi="Arial Black"/>
          <w:b/>
          <w:sz w:val="34"/>
        </w:rPr>
        <w:t xml:space="preserve">SUUBI </w:t>
      </w:r>
      <w:r>
        <w:rPr>
          <w:rFonts w:ascii="Arial Black" w:hAnsi="Arial Black"/>
          <w:b/>
          <w:color w:val="D90000"/>
          <w:sz w:val="34"/>
        </w:rPr>
        <w:t>MEDIA</w:t>
      </w:r>
    </w:p>
    <w:p>
      <w:pPr>
        <w:spacing w:after="240"/>
      </w:pPr>
      <w:r>
        <w:rPr>
          <w:b/>
          <w:caps/>
          <w:color w:val="565555"/>
          <w:sz w:val="16"/>
        </w:rPr>
        <w:t>Free templates  ·  suubimedia.com/resources</w:t>
      </w:r>
    </w:p>
    <w:p>
      <w:pPr>
        <w:spacing w:before="80" w:after="200"/>
      </w:pPr>
      <w:r>
        <w:rPr>
          <w:rFonts w:ascii="Arial" w:hAnsi="Arial"/>
          <w:b/>
          <w:sz w:val="38"/>
        </w:rPr>
        <w:t>Location Release</w:t>
      </w:r>
    </w:p>
    <w:p>
      <w:pPr>
        <w:spacing w:after="120"/>
      </w:pPr>
      <w:r>
        <w:rPr>
          <w:i w:val="0"/>
          <w:sz w:val="21"/>
        </w:rPr>
        <w:t>I, ______________________________________, as [ owner / manager / authorised representative ] of</w:t>
      </w:r>
    </w:p>
    <w:p>
      <w:pPr>
        <w:spacing w:after="120"/>
      </w:pPr>
      <w:r>
        <w:rPr>
          <w:i w:val="0"/>
          <w:sz w:val="21"/>
        </w:rPr>
        <w:t>______________________________________________________________________ (property name and full address),</w:t>
      </w:r>
    </w:p>
    <w:p>
      <w:pPr>
        <w:spacing w:after="120"/>
      </w:pPr>
      <w:r>
        <w:rPr>
          <w:i w:val="0"/>
          <w:sz w:val="21"/>
        </w:rPr>
        <w:t>give ______________________________________ (the Photographer) permission to photograph and film at the property on ________________.</w:t>
      </w:r>
    </w:p>
    <w:p>
      <w:pPr>
        <w:spacing w:after="120"/>
      </w:pPr>
      <w:r>
        <w:rPr>
          <w:i w:val="0"/>
          <w:sz w:val="21"/>
        </w:rPr>
        <w:t>The Photographer may use the resulting images and footage in any medium, including advertising and portfolio, with no time limit, and</w:t>
      </w:r>
    </w:p>
    <w:p>
      <w:pPr>
        <w:spacing w:after="120"/>
      </w:pPr>
      <w:r>
        <w:rPr>
          <w:i w:val="0"/>
          <w:sz w:val="21"/>
        </w:rPr>
        <w:t>[  ] may identify the property by name        [  ] may NOT identify the property by name.</w:t>
      </w:r>
    </w:p>
    <w:p>
      <w:pPr>
        <w:spacing w:after="120"/>
      </w:pPr>
      <w:r>
        <w:rPr>
          <w:i w:val="0"/>
          <w:sz w:val="21"/>
        </w:rPr>
        <w:t>The Photographer will leave the property as found, and is responsible for any damage caused directly by the shoot.</w:t>
      </w:r>
    </w:p>
    <w:p>
      <w:pPr>
        <w:spacing w:after="120"/>
      </w:pPr>
      <w:r>
        <w:rPr>
          <w:i w:val="0"/>
          <w:sz w:val="21"/>
        </w:rPr>
        <w:t>I confirm I have the authority to give this permission.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/>
            <w:r>
              <w:rPr>
                <w:sz w:val="21"/>
              </w:rPr>
              <w:t>__________________________________</w:t>
            </w:r>
          </w:p>
          <w:p>
            <w:pPr>
              <w:spacing w:after="200"/>
            </w:pPr>
            <w:r>
              <w:rPr>
                <w:b/>
                <w:color w:val="565555"/>
                <w:sz w:val="15"/>
              </w:rPr>
              <w:t>PRINTED NAME</w:t>
            </w:r>
          </w:p>
        </w:tc>
        <w:tc>
          <w:tcPr>
            <w:tcW w:type="dxa" w:w="4824"/>
          </w:tcPr>
          <w:p>
            <w:r/>
            <w:r>
              <w:rPr>
                <w:sz w:val="21"/>
              </w:rPr>
              <w:t>__________________________________</w:t>
            </w:r>
          </w:p>
          <w:p>
            <w:pPr>
              <w:spacing w:after="200"/>
            </w:pPr>
            <w:r>
              <w:rPr>
                <w:b/>
                <w:color w:val="565555"/>
                <w:sz w:val="15"/>
              </w:rPr>
              <w:t>SIGNATURE</w:t>
            </w:r>
          </w:p>
        </w:tc>
      </w:tr>
      <w:tr>
        <w:tc>
          <w:tcPr>
            <w:tcW w:type="dxa" w:w="4824"/>
          </w:tcPr>
          <w:p>
            <w:r/>
            <w:r>
              <w:rPr>
                <w:sz w:val="21"/>
              </w:rPr>
              <w:t>__________________________________</w:t>
            </w:r>
          </w:p>
          <w:p>
            <w:pPr>
              <w:spacing w:after="200"/>
            </w:pPr>
            <w:r>
              <w:rPr>
                <w:b/>
                <w:color w:val="565555"/>
                <w:sz w:val="15"/>
              </w:rPr>
              <w:t>ROLE AT THE PROPERTY</w:t>
            </w:r>
          </w:p>
        </w:tc>
        <w:tc>
          <w:tcPr>
            <w:tcW w:type="dxa" w:w="4824"/>
          </w:tcPr>
          <w:p>
            <w:r/>
            <w:r>
              <w:rPr>
                <w:sz w:val="21"/>
              </w:rPr>
              <w:t>__________________________________</w:t>
            </w:r>
          </w:p>
          <w:p>
            <w:pPr>
              <w:spacing w:after="200"/>
            </w:pPr>
            <w:r>
              <w:rPr>
                <w:b/>
                <w:color w:val="565555"/>
                <w:sz w:val="15"/>
              </w:rPr>
              <w:t>DATE</w:t>
            </w:r>
          </w:p>
        </w:tc>
      </w:tr>
      <w:tr>
        <w:tc>
          <w:tcPr>
            <w:tcW w:type="dxa" w:w="4824"/>
          </w:tcPr>
          <w:p>
            <w:r/>
            <w:r>
              <w:rPr>
                <w:sz w:val="21"/>
              </w:rPr>
              <w:t>__________________________________</w:t>
            </w:r>
          </w:p>
          <w:p>
            <w:pPr>
              <w:spacing w:after="200"/>
            </w:pPr>
            <w:r>
              <w:rPr>
                <w:b/>
                <w:color w:val="565555"/>
                <w:sz w:val="15"/>
              </w:rPr>
              <w:t>EMAIL</w:t>
            </w:r>
          </w:p>
        </w:tc>
        <w:tc>
          <w:tcPr>
            <w:tcW w:type="dxa" w:w="4824"/>
          </w:tcPr>
          <w:p>
            <w:r/>
            <w:r>
              <w:rPr>
                <w:sz w:val="21"/>
              </w:rPr>
              <w:t>__________________________________</w:t>
            </w:r>
          </w:p>
          <w:p>
            <w:pPr>
              <w:spacing w:after="200"/>
            </w:pPr>
            <w:r>
              <w:rPr>
                <w:b/>
                <w:color w:val="565555"/>
                <w:sz w:val="15"/>
              </w:rPr>
              <w:t>PHONE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fill="F4F2F0"/>
          </w:tcPr>
          <w:p>
            <w:r/>
            <w:r>
              <w:rPr>
                <w:b/>
                <w:color w:val="D90000"/>
                <w:sz w:val="17"/>
              </w:rPr>
              <w:t>ASK ABOUT THE PAPERWORK BEHIND THE PAPERWORK</w:t>
            </w:r>
          </w:p>
          <w:p>
            <w:r>
              <w:rPr>
                <w:sz w:val="19"/>
              </w:rPr>
              <w:t>Many venues also require their own vendor form, a certificate of insurance, or a permit. Ask on the first call, not on the morning.</w:t>
            </w:r>
          </w:p>
        </w:tc>
      </w:tr>
    </w:tbl>
    <w:p>
      <w:pPr>
        <w:spacing w:after="40"/>
      </w:pPr>
    </w:p>
    <w:p/>
    <w:p>
      <w:pPr>
        <w:jc w:val="center"/>
      </w:pPr>
      <w:r>
        <w:rPr>
          <w:color w:val="565555"/>
          <w:sz w:val="15"/>
        </w:rPr>
        <w:t>Free template from suubimedia.com/resources  ·  Not legal advice  ·  Have a lawyer licensed in your state review before use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