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 Black" w:hAnsi="Arial Black"/>
          <w:b/>
          <w:sz w:val="32"/>
        </w:rPr>
        <w:t xml:space="preserve">SUUBI </w:t>
      </w:r>
      <w:r>
        <w:rPr>
          <w:rFonts w:ascii="Arial Black" w:hAnsi="Arial Black"/>
          <w:b/>
          <w:color w:val="D90000"/>
          <w:sz w:val="32"/>
        </w:rPr>
        <w:t>MEDIA</w:t>
      </w:r>
    </w:p>
    <w:p>
      <w:pPr>
        <w:spacing w:after="240"/>
      </w:pPr>
      <w:r>
        <w:rPr>
          <w:b/>
          <w:caps/>
          <w:color w:val="565555"/>
          <w:sz w:val="16"/>
        </w:rPr>
        <w:t>Free template  ·  suubimedia.com/resources</w:t>
      </w:r>
    </w:p>
    <w:p>
      <w:pPr>
        <w:spacing w:before="80" w:after="160"/>
      </w:pPr>
      <w:r>
        <w:rPr>
          <w:rFonts w:ascii="Arial" w:hAnsi="Arial"/>
          <w:b/>
          <w:sz w:val="38"/>
        </w:rPr>
        <w:t>Shoot brief</w:t>
      </w:r>
    </w:p>
    <w:p>
      <w:pPr>
        <w:spacing w:after="120"/>
      </w:pPr>
      <w:r>
        <w:rPr>
          <w:i w:val="0"/>
          <w:color w:val="565555"/>
          <w:sz w:val="20"/>
        </w:rPr>
        <w:t>Fill this in and send it to whoever is shooting for you. Ten minutes here changes the entire result, and it is the single biggest thing a client can do to get better photos.</w:t>
      </w: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THE BASICS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744"/>
            <w:shd w:fill="111111"/>
          </w:tcPr>
          <w:p>
            <w:r/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760"/>
            <w:shd w:fill="111111"/>
          </w:tcPr>
          <w:p>
            <w:r/>
            <w:r>
              <w:rPr>
                <w:b/>
                <w:color w:val="FFFFFF"/>
                <w:sz w:val="16"/>
              </w:rPr>
              <w:t>YOUR ANSWER</w:t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Business or organisation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Main contact and phone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Day-of contact, if different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Date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Coverage window (start and end time)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Location, full address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Parking and access notes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Hard stop, if there is one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WHAT THIS IS FOR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744"/>
            <w:shd w:fill="111111"/>
          </w:tcPr>
          <w:p>
            <w:r/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760"/>
            <w:shd w:fill="111111"/>
          </w:tcPr>
          <w:p>
            <w:r/>
            <w:r>
              <w:rPr>
                <w:b/>
                <w:color w:val="FFFFFF"/>
                <w:sz w:val="16"/>
              </w:rPr>
              <w:t>YOUR ANSWER</w:t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Where will these be used? (website, social, ads, print, press)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Is any of it going behind paid advertising?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Do you need vertical versions for Reels or Stories?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When do you need them, and what is behind that date?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THE THREE SHOTS THAT MUST EXIST</w:t>
      </w:r>
    </w:p>
    <w:p>
      <w:pPr>
        <w:spacing w:after="120"/>
      </w:pPr>
      <w:r>
        <w:rPr>
          <w:i w:val="0"/>
          <w:color w:val="565555"/>
          <w:sz w:val="19"/>
        </w:rPr>
        <w:t>If these are missing, the shoot was a failure. Be specific.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720"/>
            <w:shd w:fill="111111"/>
          </w:tcPr>
          <w:p>
            <w:r/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type="dxa" w:w="8784"/>
            <w:shd w:fill="111111"/>
          </w:tcPr>
          <w:p>
            <w:r/>
            <w:r>
              <w:rPr>
                <w:b/>
                <w:color w:val="FFFFFF"/>
                <w:sz w:val="16"/>
              </w:rPr>
              <w:t>THE SHOT</w:t>
            </w:r>
          </w:p>
        </w:tc>
      </w:tr>
      <w:tr>
        <w:tc>
          <w:tcPr>
            <w:tcW w:type="dxa" w:w="720"/>
          </w:tcPr>
          <w:p>
            <w:r/>
            <w:r>
              <w:rPr>
                <w:sz w:val="19"/>
              </w:rPr>
              <w:t>1</w:t>
            </w:r>
          </w:p>
        </w:tc>
        <w:tc>
          <w:tcPr>
            <w:tcW w:type="dxa" w:w="8784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720"/>
          </w:tcPr>
          <w:p>
            <w:r/>
            <w:r>
              <w:rPr>
                <w:sz w:val="19"/>
              </w:rPr>
              <w:t>2</w:t>
            </w:r>
          </w:p>
        </w:tc>
        <w:tc>
          <w:tcPr>
            <w:tcW w:type="dxa" w:w="8784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720"/>
          </w:tcPr>
          <w:p>
            <w:r/>
            <w:r>
              <w:rPr>
                <w:sz w:val="19"/>
              </w:rPr>
              <w:t>3</w:t>
            </w:r>
          </w:p>
        </w:tc>
        <w:tc>
          <w:tcPr>
            <w:tcW w:type="dxa" w:w="8784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PEOPLE AND PERMISSIONS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744"/>
            <w:shd w:fill="111111"/>
          </w:tcPr>
          <w:p>
            <w:r/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760"/>
            <w:shd w:fill="111111"/>
          </w:tcPr>
          <w:p>
            <w:r/>
            <w:r>
              <w:rPr>
                <w:b/>
                <w:color w:val="FFFFFF"/>
                <w:sz w:val="16"/>
              </w:rPr>
              <w:t>YOUR ANSWER</w:t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Who needs to be photographed, by name or role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Anyone who must NOT be photographed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Does the venue need a permit or vendor form?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Is anything confidential or under embargo?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p>
      <w:pPr>
        <w:spacing w:before="240" w:after="80"/>
        <w:pBdr>
          <w:bottom w:val="single" w:sz="10" w:color="111111" w:space="3"/>
        </w:pBdr>
      </w:pPr>
      <w:r>
        <w:rPr>
          <w:b/>
          <w:color w:val="D90000"/>
          <w:sz w:val="20"/>
        </w:rPr>
        <w:t>LOOK AND 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744"/>
            <w:shd w:fill="111111"/>
          </w:tcPr>
          <w:p>
            <w:r/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760"/>
            <w:shd w:fill="111111"/>
          </w:tcPr>
          <w:p>
            <w:r/>
            <w:r>
              <w:rPr>
                <w:b/>
                <w:color w:val="FFFFFF"/>
                <w:sz w:val="16"/>
              </w:rPr>
              <w:t>YOUR ANSWER</w:t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Photos or accounts you like the look of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Anything you specifically do not want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Who has shot this for you before, and what was wrong with it?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  <w:tr>
        <w:tc>
          <w:tcPr>
            <w:tcW w:type="dxa" w:w="3744"/>
          </w:tcPr>
          <w:p>
            <w:r/>
            <w:r>
              <w:rPr>
                <w:sz w:val="19"/>
              </w:rPr>
              <w:t>Brand colours, logo files, fonts (attach)</w:t>
            </w:r>
          </w:p>
        </w:tc>
        <w:tc>
          <w:tcPr>
            <w:tcW w:type="dxa" w:w="5760"/>
          </w:tcPr>
          <w:p>
            <w:r/>
            <w:r>
              <w:rPr>
                <w:sz w:val="19"/>
              </w:rPr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4F2F0"/>
          </w:tcPr>
          <w:p>
            <w:r/>
            <w:r>
              <w:rPr>
                <w:b/>
                <w:color w:val="D90000"/>
                <w:sz w:val="16"/>
              </w:rPr>
              <w:t>TWO FREE THINGS THAT IMPROVE EVERY SHOOT</w:t>
            </w:r>
          </w:p>
          <w:p>
            <w:r>
              <w:rPr>
                <w:sz w:val="19"/>
              </w:rPr>
              <w:t>Tidy the space before they arrive. Move the boxes, cables and bins. Ninety percent of retouching is tidying that could have been done in ten seconds, and no editing makes a cluttered room look calm. Second: send this brief at least three days out, not on the morning.</w:t>
            </w:r>
          </w:p>
        </w:tc>
      </w:tr>
    </w:tbl>
    <w:p>
      <w:pPr>
        <w:spacing w:after="40"/>
      </w:pPr>
    </w:p>
    <w:p/>
    <w:p>
      <w:pPr>
        <w:jc w:val="center"/>
      </w:pPr>
      <w:r>
        <w:rPr>
          <w:color w:val="565555"/>
          <w:sz w:val="15"/>
        </w:rPr>
        <w:t>Free template from suubimedia.com/resources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